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7FFA3" w14:textId="21F5F468" w:rsidR="007233CC" w:rsidRDefault="007233CC">
      <w:pPr>
        <w:pStyle w:val="Heading1"/>
      </w:pPr>
      <w:r>
        <w:rPr>
          <w:noProof/>
        </w:rPr>
        <w:drawing>
          <wp:anchor distT="0" distB="0" distL="114300" distR="114300" simplePos="0" relativeHeight="251659264" behindDoc="0" locked="0" layoutInCell="1" allowOverlap="1" wp14:anchorId="73ADF964" wp14:editId="15604B8E">
            <wp:simplePos x="0" y="0"/>
            <wp:positionH relativeFrom="column">
              <wp:posOffset>5120640</wp:posOffset>
            </wp:positionH>
            <wp:positionV relativeFrom="paragraph">
              <wp:posOffset>-731520</wp:posOffset>
            </wp:positionV>
            <wp:extent cx="868680" cy="1366520"/>
            <wp:effectExtent l="0" t="0" r="0" b="5080"/>
            <wp:wrapTopAndBottom/>
            <wp:docPr id="7879960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996009" name=""/>
                    <pic:cNvPicPr/>
                  </pic:nvPicPr>
                  <pic:blipFill>
                    <a:blip r:embed="rId6"/>
                    <a:stretch>
                      <a:fillRect/>
                    </a:stretch>
                  </pic:blipFill>
                  <pic:spPr>
                    <a:xfrm>
                      <a:off x="0" y="0"/>
                      <a:ext cx="868680" cy="1366520"/>
                    </a:xfrm>
                    <a:prstGeom prst="rect">
                      <a:avLst/>
                    </a:prstGeom>
                  </pic:spPr>
                </pic:pic>
              </a:graphicData>
            </a:graphic>
            <wp14:sizeRelH relativeFrom="margin">
              <wp14:pctWidth>0</wp14:pctWidth>
            </wp14:sizeRelH>
            <wp14:sizeRelV relativeFrom="margin">
              <wp14:pctHeight>0</wp14:pctHeight>
            </wp14:sizeRelV>
          </wp:anchor>
        </w:drawing>
      </w:r>
    </w:p>
    <w:p w14:paraId="31FB0F53" w14:textId="5FDDEC88" w:rsidR="004C1185" w:rsidRDefault="00861DC1">
      <w:pPr>
        <w:pStyle w:val="Heading1"/>
      </w:pPr>
      <w:r>
        <w:t>Moneygall Football Club – Privacy Policy</w:t>
      </w:r>
    </w:p>
    <w:p w14:paraId="0787B175" w14:textId="77777777" w:rsidR="004C1185" w:rsidRDefault="00861DC1">
      <w:r>
        <w:t>Moneygall Football Club (“the Club”) respects your privacy and is committed to protecting your personal data. This privacy policy explains how we collect, use, store, and protect your information in line with the EU General Data Protection Regulation (GDPR) and the Data Protection Acts 1988–2018.</w:t>
      </w:r>
    </w:p>
    <w:p w14:paraId="7BAF81DC" w14:textId="77777777" w:rsidR="004C1185" w:rsidRDefault="00861DC1">
      <w:pPr>
        <w:pStyle w:val="Heading2"/>
      </w:pPr>
      <w:r>
        <w:t>1. Who We Are</w:t>
      </w:r>
    </w:p>
    <w:p w14:paraId="1715C325" w14:textId="0CB5B207" w:rsidR="004C1185" w:rsidRDefault="00861DC1">
      <w:r>
        <w:t>Moneygall Football Club is an FAI-affiliated football club competing in the North Tipperary Schoolchildren’s League and the North Tipp &amp; District League.</w:t>
      </w:r>
      <w:r>
        <w:br/>
        <w:t>Club Address: Moneygall FC Grounds, Moneygall, Co. Offaly/Tipperary Border</w:t>
      </w:r>
      <w:r>
        <w:br/>
        <w:t xml:space="preserve">Contact: </w:t>
      </w:r>
      <w:r w:rsidR="00331473">
        <w:t>secretary@moneygallfc.com</w:t>
      </w:r>
    </w:p>
    <w:p w14:paraId="38EC1D69" w14:textId="77777777" w:rsidR="004C1185" w:rsidRDefault="00861DC1">
      <w:pPr>
        <w:pStyle w:val="Heading2"/>
      </w:pPr>
      <w:r>
        <w:t>2. What Data We Collect</w:t>
      </w:r>
    </w:p>
    <w:p w14:paraId="55311D1C" w14:textId="77777777" w:rsidR="004C1185" w:rsidRDefault="00861DC1">
      <w:r>
        <w:t>We collect and process the following categories of personal data:</w:t>
      </w:r>
      <w:r>
        <w:br/>
        <w:t>- Player and parent contact details (e.g., name, email, phone number)</w:t>
      </w:r>
      <w:r>
        <w:br/>
        <w:t>- Registration and membership information</w:t>
      </w:r>
      <w:r>
        <w:br/>
        <w:t>- Images and video footage from matches and training</w:t>
      </w:r>
      <w:r>
        <w:br/>
        <w:t>- Volunteer and coaching information (including Garda vetting data)</w:t>
      </w:r>
      <w:r>
        <w:br/>
        <w:t>- Payment and fundraising records</w:t>
      </w:r>
    </w:p>
    <w:p w14:paraId="58369E73" w14:textId="77777777" w:rsidR="004C1185" w:rsidRDefault="00861DC1">
      <w:pPr>
        <w:pStyle w:val="Heading2"/>
      </w:pPr>
      <w:r>
        <w:t>3. Why We Collect Your Data</w:t>
      </w:r>
    </w:p>
    <w:p w14:paraId="42699578" w14:textId="77777777" w:rsidR="004C1185" w:rsidRDefault="00861DC1">
      <w:r>
        <w:t>We collect personal data to:</w:t>
      </w:r>
      <w:r>
        <w:br/>
        <w:t>- Register players and manage membership</w:t>
      </w:r>
      <w:r>
        <w:br/>
        <w:t>- Administer training, matches, and events</w:t>
      </w:r>
      <w:r>
        <w:br/>
        <w:t>- Ensure player welfare and safeguarding</w:t>
      </w:r>
      <w:r>
        <w:br/>
        <w:t>- Comply with FAI and league regulations</w:t>
      </w:r>
      <w:r>
        <w:br/>
        <w:t>- Communicate with players, parents, and volunteers</w:t>
      </w:r>
      <w:r>
        <w:br/>
        <w:t xml:space="preserve">- </w:t>
      </w:r>
      <w:proofErr w:type="spellStart"/>
      <w:r>
        <w:t>Analyse</w:t>
      </w:r>
      <w:proofErr w:type="spellEnd"/>
      <w:r>
        <w:t xml:space="preserve"> and improve player performance</w:t>
      </w:r>
      <w:r>
        <w:br/>
        <w:t>- Promote club activities with consent</w:t>
      </w:r>
    </w:p>
    <w:p w14:paraId="6797E173" w14:textId="77777777" w:rsidR="004C1185" w:rsidRDefault="00861DC1">
      <w:pPr>
        <w:pStyle w:val="Heading2"/>
      </w:pPr>
      <w:r>
        <w:t>4. Lawful Basis for Processing</w:t>
      </w:r>
    </w:p>
    <w:p w14:paraId="48B0F635" w14:textId="77777777" w:rsidR="004C1185" w:rsidRDefault="00861DC1">
      <w:r>
        <w:t>Our lawful bases under GDPR are:</w:t>
      </w:r>
      <w:r>
        <w:br/>
        <w:t>- Contractual necessity (membership and player registration)</w:t>
      </w:r>
      <w:r>
        <w:br/>
        <w:t>- Legal obligation (safeguarding, insurance, and regulatory requirements)</w:t>
      </w:r>
      <w:r>
        <w:br/>
        <w:t>- Legitimate interest (club administration and player development)</w:t>
      </w:r>
      <w:r>
        <w:br/>
        <w:t xml:space="preserve">- Consent (public sharing of images or video, including </w:t>
      </w:r>
      <w:proofErr w:type="spellStart"/>
      <w:r>
        <w:t>livestreaming</w:t>
      </w:r>
      <w:proofErr w:type="spellEnd"/>
      <w:r>
        <w:t>)</w:t>
      </w:r>
    </w:p>
    <w:p w14:paraId="47E22BA4" w14:textId="77777777" w:rsidR="004C1185" w:rsidRDefault="00861DC1">
      <w:pPr>
        <w:pStyle w:val="Heading2"/>
      </w:pPr>
      <w:r>
        <w:t>5. Sharing Your Data</w:t>
      </w:r>
    </w:p>
    <w:p w14:paraId="4AB10AFE" w14:textId="77777777" w:rsidR="004C1185" w:rsidRDefault="00861DC1">
      <w:r>
        <w:t>We may share data with:</w:t>
      </w:r>
      <w:r>
        <w:br/>
        <w:t>- The Football Association of Ireland (FAI)</w:t>
      </w:r>
      <w:r>
        <w:br/>
        <w:t>- League administrators and match officials</w:t>
      </w:r>
      <w:r>
        <w:br/>
        <w:t>- Garda Vetting Bureau (for volunteers)</w:t>
      </w:r>
      <w:r>
        <w:br/>
        <w:t>- Service providers such as VEO (video analysis platform)</w:t>
      </w:r>
      <w:r>
        <w:br/>
        <w:t>We will never sell or rent your personal data to third parties.</w:t>
      </w:r>
    </w:p>
    <w:p w14:paraId="04FF9901" w14:textId="77777777" w:rsidR="004C1185" w:rsidRDefault="00861DC1">
      <w:pPr>
        <w:pStyle w:val="Heading2"/>
      </w:pPr>
      <w:r>
        <w:t>6. Data Storage &amp; Retention</w:t>
      </w:r>
    </w:p>
    <w:p w14:paraId="5C9D6FF6" w14:textId="77777777" w:rsidR="004C1185" w:rsidRDefault="00861DC1">
      <w:r>
        <w:t>Personal data is securely stored on encrypted systems or official club platforms. Retention periods:</w:t>
      </w:r>
      <w:r>
        <w:br/>
        <w:t>- Membership data: duration of membership + 2 years</w:t>
      </w:r>
      <w:r>
        <w:br/>
        <w:t>- Video/recordings: up to 12 months</w:t>
      </w:r>
      <w:r>
        <w:br/>
        <w:t>- Garda vetting and safeguarding records: as required by law</w:t>
      </w:r>
    </w:p>
    <w:p w14:paraId="1EDD1DD7" w14:textId="77777777" w:rsidR="004C1185" w:rsidRDefault="00861DC1">
      <w:pPr>
        <w:pStyle w:val="Heading2"/>
      </w:pPr>
      <w:r>
        <w:t>7. Your Data Protection Rights</w:t>
      </w:r>
    </w:p>
    <w:p w14:paraId="23CE830B" w14:textId="77777777" w:rsidR="004C1185" w:rsidRDefault="00861DC1">
      <w:r>
        <w:t>You have the right to:</w:t>
      </w:r>
      <w:r>
        <w:br/>
        <w:t>- Access your personal data</w:t>
      </w:r>
      <w:r>
        <w:br/>
        <w:t>- Request correction or deletion</w:t>
      </w:r>
      <w:r>
        <w:br/>
        <w:t>- Withdraw consent where applicable</w:t>
      </w:r>
      <w:r>
        <w:br/>
        <w:t>- Object to certain processing</w:t>
      </w:r>
      <w:r>
        <w:br/>
        <w:t>- Lodge a complaint with the Data Protection Commission (</w:t>
      </w:r>
      <w:proofErr w:type="spellStart"/>
      <w:r>
        <w:t>www.dataprotection.ie</w:t>
      </w:r>
      <w:proofErr w:type="spellEnd"/>
      <w:r>
        <w:t>)</w:t>
      </w:r>
    </w:p>
    <w:p w14:paraId="448610D7" w14:textId="77777777" w:rsidR="004C1185" w:rsidRDefault="00861DC1">
      <w:pPr>
        <w:pStyle w:val="Heading2"/>
      </w:pPr>
      <w:r>
        <w:t>8. Contact</w:t>
      </w:r>
    </w:p>
    <w:p w14:paraId="6640EBC2" w14:textId="425045E1" w:rsidR="004C1185" w:rsidRDefault="00861DC1">
      <w:r>
        <w:t>For any data protection queries, contact:</w:t>
      </w:r>
      <w:r>
        <w:br/>
        <w:t xml:space="preserve">Club Data Protection Lead: </w:t>
      </w:r>
      <w:r w:rsidR="009E2CAE">
        <w:t>Mark Moroney – chairman@moneygallfc.com</w:t>
      </w:r>
      <w:r>
        <w:br/>
        <w:t xml:space="preserve">Child Welfare Officer: </w:t>
      </w:r>
      <w:r w:rsidR="00110ED7">
        <w:t>Deirdre Ryan</w:t>
      </w:r>
      <w:r w:rsidR="003C5493">
        <w:t xml:space="preserve"> – cwo@moneygallfc.com</w:t>
      </w:r>
      <w:r>
        <w:br/>
        <w:t xml:space="preserve">Alternatively, you can contact the Data Protection Commission at </w:t>
      </w:r>
      <w:proofErr w:type="spellStart"/>
      <w:r>
        <w:t>info@dataprotection.ie</w:t>
      </w:r>
      <w:proofErr w:type="spellEnd"/>
    </w:p>
    <w:sectPr w:rsidR="004C118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565996005">
    <w:abstractNumId w:val="8"/>
  </w:num>
  <w:num w:numId="2" w16cid:durableId="783698480">
    <w:abstractNumId w:val="6"/>
  </w:num>
  <w:num w:numId="3" w16cid:durableId="408767967">
    <w:abstractNumId w:val="5"/>
  </w:num>
  <w:num w:numId="4" w16cid:durableId="1396392400">
    <w:abstractNumId w:val="4"/>
  </w:num>
  <w:num w:numId="5" w16cid:durableId="1734306702">
    <w:abstractNumId w:val="7"/>
  </w:num>
  <w:num w:numId="6" w16cid:durableId="1045524200">
    <w:abstractNumId w:val="3"/>
  </w:num>
  <w:num w:numId="7" w16cid:durableId="1626347131">
    <w:abstractNumId w:val="2"/>
  </w:num>
  <w:num w:numId="8" w16cid:durableId="1288270056">
    <w:abstractNumId w:val="1"/>
  </w:num>
  <w:num w:numId="9" w16cid:durableId="1781492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350FD"/>
    <w:rsid w:val="0006063C"/>
    <w:rsid w:val="00110ED7"/>
    <w:rsid w:val="0015074B"/>
    <w:rsid w:val="0029639D"/>
    <w:rsid w:val="00326F90"/>
    <w:rsid w:val="00331473"/>
    <w:rsid w:val="003C5493"/>
    <w:rsid w:val="00405C93"/>
    <w:rsid w:val="004636FB"/>
    <w:rsid w:val="004C1185"/>
    <w:rsid w:val="007233CC"/>
    <w:rsid w:val="00861DC1"/>
    <w:rsid w:val="009E2CAE"/>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01F82F"/>
  <w14:defaultImageDpi w14:val="300"/>
  <w15:docId w15:val="{B9DA5E55-12E4-F949-A2DE-28B8E601E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413</Words>
  <Characters>2356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2764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Mark Moroney</cp:lastModifiedBy>
  <cp:revision>6</cp:revision>
  <dcterms:created xsi:type="dcterms:W3CDTF">2025-10-26T22:20:00Z</dcterms:created>
  <dcterms:modified xsi:type="dcterms:W3CDTF">2025-10-26T22:28:00Z</dcterms:modified>
  <cp:category/>
</cp:coreProperties>
</file>